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E10A" w14:textId="6FC88ACB" w:rsidR="00203216" w:rsidRPr="005F7AE9" w:rsidRDefault="00E35A2B">
      <w:pPr>
        <w:pStyle w:val="berschrift1"/>
        <w:rPr>
          <w:sz w:val="72"/>
          <w:szCs w:val="72"/>
          <w:lang w:val="de-DE"/>
        </w:rPr>
      </w:pPr>
      <w:r w:rsidRPr="00E35A2B">
        <w:rPr>
          <w:noProof/>
          <w:color w:val="FF0000"/>
          <w:lang w:val="de-DE"/>
        </w:rPr>
        <w:drawing>
          <wp:anchor distT="0" distB="0" distL="114300" distR="114300" simplePos="0" relativeHeight="251733504" behindDoc="1" locked="0" layoutInCell="1" allowOverlap="1" wp14:anchorId="6D6F6D5D" wp14:editId="441E8732">
            <wp:simplePos x="0" y="0"/>
            <wp:positionH relativeFrom="column">
              <wp:posOffset>-1400175</wp:posOffset>
            </wp:positionH>
            <wp:positionV relativeFrom="paragraph">
              <wp:posOffset>-6076950</wp:posOffset>
            </wp:positionV>
            <wp:extent cx="8030210" cy="15211354"/>
            <wp:effectExtent l="0" t="0" r="8890" b="0"/>
            <wp:wrapNone/>
            <wp:docPr id="2091271221" name="Grafik 1" descr="Ein Bild, das Screenshot,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1221" name="Grafik 1" descr="Ein Bild, das Screenshot, Schwarz, Dunkelhei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32071" cy="15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C76" w:rsidRPr="00A036C6">
        <w:rPr>
          <w:b w:val="0"/>
          <w:bCs w:val="0"/>
          <w:noProof/>
          <w:sz w:val="72"/>
          <w:szCs w:val="72"/>
          <w:lang w:val="de-DE"/>
        </w:rPr>
        <w:drawing>
          <wp:anchor distT="0" distB="0" distL="114300" distR="114300" simplePos="0" relativeHeight="251670016" behindDoc="0" locked="0" layoutInCell="1" allowOverlap="1" wp14:anchorId="03466773" wp14:editId="2DBDA9EA">
            <wp:simplePos x="0" y="0"/>
            <wp:positionH relativeFrom="column">
              <wp:posOffset>4620552</wp:posOffset>
            </wp:positionH>
            <wp:positionV relativeFrom="paragraph">
              <wp:posOffset>-914400</wp:posOffset>
            </wp:positionV>
            <wp:extent cx="2010753" cy="201930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992" cy="202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AD3" w:rsidRPr="005F7AE9">
        <w:rPr>
          <w:sz w:val="72"/>
          <w:szCs w:val="72"/>
          <w:lang w:val="de-DE"/>
        </w:rPr>
        <w:t>Steckbrief: Eris</w:t>
      </w:r>
    </w:p>
    <w:p w14:paraId="29D2F5CE" w14:textId="70F88176" w:rsidR="00203216" w:rsidRPr="003426C0" w:rsidRDefault="00647C76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noProof/>
          <w:color w:val="FFFFFF" w:themeColor="background1"/>
          <w:sz w:val="28"/>
          <w:szCs w:val="28"/>
          <w:lang w:val="de-DE"/>
        </w:rPr>
        <w:drawing>
          <wp:anchor distT="0" distB="0" distL="114300" distR="114300" simplePos="0" relativeHeight="251617792" behindDoc="0" locked="0" layoutInCell="1" allowOverlap="1" wp14:anchorId="2F4AF89B" wp14:editId="339E6FB6">
            <wp:simplePos x="0" y="0"/>
            <wp:positionH relativeFrom="column">
              <wp:posOffset>4625682</wp:posOffset>
            </wp:positionH>
            <wp:positionV relativeFrom="paragraph">
              <wp:posOffset>158115</wp:posOffset>
            </wp:positionV>
            <wp:extent cx="2001813" cy="1524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032" cy="153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AD3" w:rsidRPr="003426C0">
        <w:rPr>
          <w:b/>
          <w:bCs/>
          <w:color w:val="FFFFFF" w:themeColor="background1"/>
          <w:sz w:val="28"/>
          <w:szCs w:val="28"/>
          <w:lang w:val="de-DE"/>
        </w:rPr>
        <w:t xml:space="preserve">Name: </w:t>
      </w:r>
      <w:r w:rsidR="00B43AD3" w:rsidRPr="003426C0">
        <w:rPr>
          <w:color w:val="FFFFFF" w:themeColor="background1"/>
          <w:sz w:val="28"/>
          <w:szCs w:val="28"/>
          <w:lang w:val="de-DE"/>
        </w:rPr>
        <w:t>Eris</w:t>
      </w:r>
    </w:p>
    <w:p w14:paraId="1D2CAA04" w14:textId="04CC04A5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 xml:space="preserve">Benannt nach: </w:t>
      </w:r>
      <w:r w:rsidRPr="003426C0">
        <w:rPr>
          <w:color w:val="FFFFFF" w:themeColor="background1"/>
          <w:sz w:val="28"/>
          <w:szCs w:val="28"/>
          <w:lang w:val="de-DE"/>
        </w:rPr>
        <w:t>Der griechischen Göttin der Zwietracht</w:t>
      </w:r>
    </w:p>
    <w:p w14:paraId="55832E8C" w14:textId="111BF8EB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Entdeckt:</w:t>
      </w:r>
      <w:r w:rsidRPr="003426C0">
        <w:rPr>
          <w:color w:val="FFFFFF" w:themeColor="background1"/>
          <w:sz w:val="28"/>
          <w:szCs w:val="28"/>
          <w:lang w:val="de-DE"/>
        </w:rPr>
        <w:t xml:space="preserve"> 2005 von Mike Brown und seinem Team</w:t>
      </w:r>
    </w:p>
    <w:p w14:paraId="249D9B8F" w14:textId="4EC74B16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Durchmesser:</w:t>
      </w:r>
      <w:r w:rsidRPr="003426C0">
        <w:rPr>
          <w:color w:val="FFFFFF" w:themeColor="background1"/>
          <w:sz w:val="28"/>
          <w:szCs w:val="28"/>
          <w:lang w:val="de-DE"/>
        </w:rPr>
        <w:t xml:space="preserve"> ca. 2.326 km</w:t>
      </w:r>
    </w:p>
    <w:p w14:paraId="4D65899A" w14:textId="7589E160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Masse:</w:t>
      </w:r>
      <w:r w:rsidRPr="003426C0">
        <w:rPr>
          <w:color w:val="FFFFFF" w:themeColor="background1"/>
          <w:sz w:val="28"/>
          <w:szCs w:val="28"/>
          <w:lang w:val="de-DE"/>
        </w:rPr>
        <w:t xml:space="preserve"> </w:t>
      </w:r>
      <w:r w:rsidR="005F7AE9" w:rsidRPr="003426C0">
        <w:rPr>
          <w:color w:val="FFFFFF" w:themeColor="background1"/>
          <w:sz w:val="28"/>
          <w:szCs w:val="28"/>
          <w:lang w:val="de-DE"/>
        </w:rPr>
        <w:t xml:space="preserve">1,67*10^22 </w:t>
      </w:r>
      <w:r w:rsidR="00902927" w:rsidRPr="003426C0">
        <w:rPr>
          <w:color w:val="FFFFFF" w:themeColor="background1"/>
          <w:sz w:val="28"/>
          <w:szCs w:val="28"/>
          <w:lang w:val="de-DE"/>
        </w:rPr>
        <w:t>kg (</w:t>
      </w:r>
      <w:r w:rsidRPr="003426C0">
        <w:rPr>
          <w:color w:val="FFFFFF" w:themeColor="background1"/>
          <w:sz w:val="28"/>
          <w:szCs w:val="28"/>
          <w:lang w:val="de-DE"/>
        </w:rPr>
        <w:t>ca. 0,27 % der Erdmasse</w:t>
      </w:r>
      <w:r w:rsidR="005F7AE9" w:rsidRPr="003426C0">
        <w:rPr>
          <w:color w:val="FFFFFF" w:themeColor="background1"/>
          <w:sz w:val="28"/>
          <w:szCs w:val="28"/>
          <w:lang w:val="de-DE"/>
        </w:rPr>
        <w:t>)</w:t>
      </w:r>
    </w:p>
    <w:p w14:paraId="4B5CABD1" w14:textId="60EA83EC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Entfernung zur Sonne:</w:t>
      </w:r>
      <w:r w:rsidRPr="003426C0">
        <w:rPr>
          <w:color w:val="FFFFFF" w:themeColor="background1"/>
          <w:sz w:val="28"/>
          <w:szCs w:val="28"/>
          <w:lang w:val="de-DE"/>
        </w:rPr>
        <w:t xml:space="preserve"> im Durchschnitt etwa 10,1 Milliarden km (67,7 AE)</w:t>
      </w:r>
    </w:p>
    <w:p w14:paraId="3325D47C" w14:textId="30F2B09D" w:rsidR="00A036C6" w:rsidRPr="003426C0" w:rsidRDefault="00A036C6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Rotationsdauer:</w:t>
      </w:r>
      <w:r w:rsidRPr="003426C0">
        <w:rPr>
          <w:color w:val="FFFFFF" w:themeColor="background1"/>
          <w:sz w:val="28"/>
          <w:szCs w:val="28"/>
          <w:lang w:val="de-DE"/>
        </w:rPr>
        <w:t xml:space="preserve"> 25 h 54 min (Stand 2008)</w:t>
      </w:r>
    </w:p>
    <w:p w14:paraId="3D3846B8" w14:textId="28591B0F" w:rsidR="00203216" w:rsidRPr="003426C0" w:rsidRDefault="003426C0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noProof/>
          <w:color w:val="FFFFFF" w:themeColor="background1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D83305" wp14:editId="29056127">
                <wp:simplePos x="0" y="0"/>
                <wp:positionH relativeFrom="column">
                  <wp:posOffset>-895350</wp:posOffset>
                </wp:positionH>
                <wp:positionV relativeFrom="paragraph">
                  <wp:posOffset>396875</wp:posOffset>
                </wp:positionV>
                <wp:extent cx="466725" cy="1847850"/>
                <wp:effectExtent l="57150" t="19050" r="9525" b="95250"/>
                <wp:wrapNone/>
                <wp:docPr id="10" name="Pfeil: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47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FB68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0" o:spid="_x0000_s1026" type="#_x0000_t67" style="position:absolute;margin-left:-70.5pt;margin-top:31.25pt;width:36.75pt;height:145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" adj="18872" fillcolor="red" strokecolor="red">
                <v:shadow on="t" color="black" opacity="22937f" origin=",.5" offset="0,.63889mm"/>
              </v:shape>
            </w:pict>
          </mc:Fallback>
        </mc:AlternateContent>
      </w:r>
      <w:r w:rsidR="00B43AD3" w:rsidRPr="003426C0">
        <w:rPr>
          <w:b/>
          <w:bCs/>
          <w:color w:val="FFFFFF" w:themeColor="background1"/>
          <w:sz w:val="28"/>
          <w:szCs w:val="28"/>
          <w:lang w:val="de-DE"/>
        </w:rPr>
        <w:t>Umlaufzeit um die Sonne:</w:t>
      </w:r>
      <w:r w:rsidR="00B43AD3" w:rsidRPr="003426C0">
        <w:rPr>
          <w:color w:val="FFFFFF" w:themeColor="background1"/>
          <w:sz w:val="28"/>
          <w:szCs w:val="28"/>
          <w:lang w:val="de-DE"/>
        </w:rPr>
        <w:t xml:space="preserve"> etwa 557 </w:t>
      </w:r>
      <w:proofErr w:type="spellStart"/>
      <w:r w:rsidR="00B43AD3" w:rsidRPr="003426C0">
        <w:rPr>
          <w:color w:val="FFFFFF" w:themeColor="background1"/>
          <w:sz w:val="28"/>
          <w:szCs w:val="28"/>
          <w:lang w:val="de-DE"/>
        </w:rPr>
        <w:t>Erdjahre</w:t>
      </w:r>
      <w:proofErr w:type="spellEnd"/>
    </w:p>
    <w:p w14:paraId="32FDD9DC" w14:textId="7DFA20DB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Monde:</w:t>
      </w:r>
      <w:r w:rsidRPr="003426C0">
        <w:rPr>
          <w:color w:val="FFFFFF" w:themeColor="background1"/>
          <w:sz w:val="28"/>
          <w:szCs w:val="28"/>
          <w:lang w:val="de-DE"/>
        </w:rPr>
        <w:t xml:space="preserve"> 1 (</w:t>
      </w:r>
      <w:proofErr w:type="spellStart"/>
      <w:r w:rsidRPr="003426C0">
        <w:rPr>
          <w:color w:val="FFFFFF" w:themeColor="background1"/>
          <w:sz w:val="28"/>
          <w:szCs w:val="28"/>
          <w:lang w:val="de-DE"/>
        </w:rPr>
        <w:t>Dysnomia</w:t>
      </w:r>
      <w:proofErr w:type="spellEnd"/>
      <w:r w:rsidRPr="003426C0">
        <w:rPr>
          <w:color w:val="FFFFFF" w:themeColor="background1"/>
          <w:sz w:val="28"/>
          <w:szCs w:val="28"/>
          <w:lang w:val="de-DE"/>
        </w:rPr>
        <w:t>)</w:t>
      </w:r>
    </w:p>
    <w:p w14:paraId="4F9B9EAB" w14:textId="20A3008E" w:rsidR="00203216" w:rsidRPr="003426C0" w:rsidRDefault="00B43AD3">
      <w:pPr>
        <w:rPr>
          <w:color w:val="FFFFFF" w:themeColor="background1"/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Oberflächentemperatur:</w:t>
      </w:r>
      <w:r w:rsidRPr="003426C0">
        <w:rPr>
          <w:color w:val="FFFFFF" w:themeColor="background1"/>
          <w:sz w:val="28"/>
          <w:szCs w:val="28"/>
          <w:lang w:val="de-DE"/>
        </w:rPr>
        <w:t xml:space="preserve"> ca. -231 °C</w:t>
      </w:r>
    </w:p>
    <w:p w14:paraId="2022E67B" w14:textId="318E04B2" w:rsidR="00203216" w:rsidRPr="003426C0" w:rsidRDefault="00B43AD3">
      <w:pPr>
        <w:rPr>
          <w:sz w:val="28"/>
          <w:szCs w:val="28"/>
          <w:lang w:val="de-DE"/>
        </w:rPr>
      </w:pPr>
      <w:r w:rsidRPr="003426C0">
        <w:rPr>
          <w:b/>
          <w:bCs/>
          <w:color w:val="FFFFFF" w:themeColor="background1"/>
          <w:sz w:val="28"/>
          <w:szCs w:val="28"/>
          <w:lang w:val="de-DE"/>
        </w:rPr>
        <w:t>Besonderheiten:</w:t>
      </w:r>
      <w:r w:rsidRPr="003426C0">
        <w:rPr>
          <w:color w:val="FFFFFF" w:themeColor="background1"/>
          <w:sz w:val="28"/>
          <w:szCs w:val="28"/>
          <w:lang w:val="de-DE"/>
        </w:rPr>
        <w:t xml:space="preserve"> Eris war mitverantwortlich für die Neueinstufung von Pluto als Zwergplanet im Jahr 2006</w:t>
      </w:r>
      <w:r w:rsidRPr="003426C0">
        <w:rPr>
          <w:sz w:val="28"/>
          <w:szCs w:val="28"/>
          <w:lang w:val="de-DE"/>
        </w:rPr>
        <w:t>.</w:t>
      </w:r>
      <w:r w:rsidR="00E07B9D" w:rsidRPr="003426C0">
        <w:rPr>
          <w:noProof/>
          <w:sz w:val="28"/>
          <w:szCs w:val="28"/>
          <w:lang w:val="de-DE"/>
        </w:rPr>
        <w:t xml:space="preserve"> </w:t>
      </w:r>
    </w:p>
    <w:p w14:paraId="6D933CE6" w14:textId="7F0D91E7" w:rsidR="00902927" w:rsidRPr="00902927" w:rsidRDefault="003426C0" w:rsidP="00902927">
      <w:pPr>
        <w:rPr>
          <w:lang w:val="de-DE"/>
        </w:rPr>
      </w:pPr>
      <w:r w:rsidRPr="00223763">
        <w:rPr>
          <w:noProof/>
          <w:lang w:val="de-DE"/>
        </w:rPr>
        <w:drawing>
          <wp:anchor distT="0" distB="0" distL="114300" distR="114300" simplePos="0" relativeHeight="251725312" behindDoc="0" locked="0" layoutInCell="1" allowOverlap="1" wp14:anchorId="63C1B9FE" wp14:editId="7DEA2D95">
            <wp:simplePos x="0" y="0"/>
            <wp:positionH relativeFrom="column">
              <wp:posOffset>3488055</wp:posOffset>
            </wp:positionH>
            <wp:positionV relativeFrom="paragraph">
              <wp:posOffset>125730</wp:posOffset>
            </wp:positionV>
            <wp:extent cx="3141980" cy="3543935"/>
            <wp:effectExtent l="0" t="0" r="1270" b="0"/>
            <wp:wrapNone/>
            <wp:docPr id="3" name="Grafik 3" descr="Ein Bild, das Kreis, Screenshot, Vortex, Astronom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reis, Screenshot, Vortex, Astronomi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91F2E" w14:textId="09628EBE" w:rsidR="00902927" w:rsidRDefault="003426C0" w:rsidP="00902927">
      <w:pPr>
        <w:rPr>
          <w:lang w:val="de-DE"/>
        </w:rPr>
      </w:pPr>
      <w:r w:rsidRPr="00A036C6">
        <w:rPr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0BD59" wp14:editId="68C88967">
                <wp:simplePos x="0" y="0"/>
                <wp:positionH relativeFrom="column">
                  <wp:posOffset>-1095375</wp:posOffset>
                </wp:positionH>
                <wp:positionV relativeFrom="paragraph">
                  <wp:posOffset>273050</wp:posOffset>
                </wp:positionV>
                <wp:extent cx="866775" cy="1419225"/>
                <wp:effectExtent l="57150" t="19050" r="85725" b="104775"/>
                <wp:wrapNone/>
                <wp:docPr id="9" name="Flussdiagramm: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192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F84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9" o:spid="_x0000_s1026" type="#_x0000_t120" style="position:absolute;margin-left:-86.25pt;margin-top:21.5pt;width:68.25pt;height:11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" filled="f" strokecolor="#c00000">
                <v:shadow on="t" color="black" opacity="22937f" origin=",.5" offset="0,.63889mm"/>
              </v:shape>
            </w:pict>
          </mc:Fallback>
        </mc:AlternateContent>
      </w:r>
      <w:r w:rsidRPr="00A036C6">
        <w:rPr>
          <w:b/>
          <w:bCs/>
          <w:noProof/>
          <w:lang w:val="de-DE"/>
        </w:rPr>
        <w:drawing>
          <wp:anchor distT="0" distB="0" distL="114300" distR="114300" simplePos="0" relativeHeight="251648512" behindDoc="0" locked="0" layoutInCell="1" allowOverlap="1" wp14:anchorId="33B43CDC" wp14:editId="18ADBD9A">
            <wp:simplePos x="0" y="0"/>
            <wp:positionH relativeFrom="column">
              <wp:posOffset>-1143000</wp:posOffset>
            </wp:positionH>
            <wp:positionV relativeFrom="paragraph">
              <wp:posOffset>321310</wp:posOffset>
            </wp:positionV>
            <wp:extent cx="4657477" cy="3054985"/>
            <wp:effectExtent l="0" t="0" r="0" b="0"/>
            <wp:wrapNone/>
            <wp:docPr id="4" name="Grafik 4" descr="Ein Bild, das Astronomisches Objekt, Planet, Weltraum, Ku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Astronomisches Objekt, Planet, Weltraum, Kuge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477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F6FE9" w14:textId="4931300F" w:rsidR="00902927" w:rsidRPr="00902927" w:rsidRDefault="00304DAA" w:rsidP="00902927">
      <w:pPr>
        <w:tabs>
          <w:tab w:val="left" w:pos="2055"/>
        </w:tabs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sectPr w:rsidR="00902927" w:rsidRPr="0090292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319753">
    <w:abstractNumId w:val="8"/>
  </w:num>
  <w:num w:numId="2" w16cid:durableId="1646156915">
    <w:abstractNumId w:val="6"/>
  </w:num>
  <w:num w:numId="3" w16cid:durableId="941914666">
    <w:abstractNumId w:val="5"/>
  </w:num>
  <w:num w:numId="4" w16cid:durableId="618881523">
    <w:abstractNumId w:val="4"/>
  </w:num>
  <w:num w:numId="5" w16cid:durableId="1601598083">
    <w:abstractNumId w:val="7"/>
  </w:num>
  <w:num w:numId="6" w16cid:durableId="2043900280">
    <w:abstractNumId w:val="3"/>
  </w:num>
  <w:num w:numId="7" w16cid:durableId="1432508247">
    <w:abstractNumId w:val="2"/>
  </w:num>
  <w:num w:numId="8" w16cid:durableId="695815941">
    <w:abstractNumId w:val="1"/>
  </w:num>
  <w:num w:numId="9" w16cid:durableId="778525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05FC"/>
    <w:rsid w:val="0015074B"/>
    <w:rsid w:val="00203216"/>
    <w:rsid w:val="00215734"/>
    <w:rsid w:val="00223763"/>
    <w:rsid w:val="00286B8E"/>
    <w:rsid w:val="0029639D"/>
    <w:rsid w:val="00304DAA"/>
    <w:rsid w:val="00326F90"/>
    <w:rsid w:val="003426C0"/>
    <w:rsid w:val="00380B5B"/>
    <w:rsid w:val="0040748D"/>
    <w:rsid w:val="00566A3C"/>
    <w:rsid w:val="0059752F"/>
    <w:rsid w:val="005F7AE9"/>
    <w:rsid w:val="006158DA"/>
    <w:rsid w:val="00647C76"/>
    <w:rsid w:val="006C381E"/>
    <w:rsid w:val="006F69D7"/>
    <w:rsid w:val="00804D6A"/>
    <w:rsid w:val="00902927"/>
    <w:rsid w:val="00962D66"/>
    <w:rsid w:val="00964287"/>
    <w:rsid w:val="00A036C6"/>
    <w:rsid w:val="00AA1D8D"/>
    <w:rsid w:val="00B43AD3"/>
    <w:rsid w:val="00B47730"/>
    <w:rsid w:val="00BA5B4A"/>
    <w:rsid w:val="00BB20AF"/>
    <w:rsid w:val="00BD6921"/>
    <w:rsid w:val="00C15888"/>
    <w:rsid w:val="00C83198"/>
    <w:rsid w:val="00CA53FE"/>
    <w:rsid w:val="00CB0664"/>
    <w:rsid w:val="00DC005B"/>
    <w:rsid w:val="00E07B9D"/>
    <w:rsid w:val="00E35A2B"/>
    <w:rsid w:val="00E51318"/>
    <w:rsid w:val="00EF0615"/>
    <w:rsid w:val="00EF6033"/>
    <w:rsid w:val="00F958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850D0B"/>
  <w14:defaultImageDpi w14:val="300"/>
  <w15:docId w15:val="{A7FD0937-C193-4265-AD03-F4B3989E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4d4a4f-0b8b-472e-8907-dcb599b95ca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11386917227140996D6BB000F68867" ma:contentTypeVersion="15" ma:contentTypeDescription="Ein neues Dokument erstellen." ma:contentTypeScope="" ma:versionID="20f77c313a0b2749dd4dcdcda6a67b87">
  <xsd:schema xmlns:xsd="http://www.w3.org/2001/XMLSchema" xmlns:xs="http://www.w3.org/2001/XMLSchema" xmlns:p="http://schemas.microsoft.com/office/2006/metadata/properties" xmlns:ns3="2a4d4a4f-0b8b-472e-8907-dcb599b95ca3" xmlns:ns4="0626089a-c49c-4b65-b122-624b1e39db89" targetNamespace="http://schemas.microsoft.com/office/2006/metadata/properties" ma:root="true" ma:fieldsID="bbb0d34ec20bbd42303e7ba606f57786" ns3:_="" ns4:_="">
    <xsd:import namespace="2a4d4a4f-0b8b-472e-8907-dcb599b95ca3"/>
    <xsd:import namespace="0626089a-c49c-4b65-b122-624b1e39d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d4a4f-0b8b-472e-8907-dcb599b95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6089a-c49c-4b65-b122-624b1e39d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94449-AF96-4C56-8B22-385311EA4260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0626089a-c49c-4b65-b122-624b1e39db89"/>
    <ds:schemaRef ds:uri="2a4d4a4f-0b8b-472e-8907-dcb599b95ca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18FB96-DFF0-4156-8733-3EA6EC899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d4a4f-0b8b-472e-8907-dcb599b95ca3"/>
    <ds:schemaRef ds:uri="0626089a-c49c-4b65-b122-624b1e39d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D80C01-BB37-4565-92CF-29EF909490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Johannes Zefferer</cp:lastModifiedBy>
  <cp:revision>2</cp:revision>
  <dcterms:created xsi:type="dcterms:W3CDTF">2025-06-28T16:37:00Z</dcterms:created>
  <dcterms:modified xsi:type="dcterms:W3CDTF">2025-06-28T16:37:00Z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0x0101002911386917227140996D6BB000F68867</vt:lpwstr>
  </property>
</Properties>
</file>